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– שורשים ומקום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תכנון הראיון ואת תפקידי המראיין והמרואיין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שאלה פתוחה לשאלה סגורה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הקשבה, שאלת המשך והבעת תודה בסיום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שאלה שאפשר לענות עליה בהרחבה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מציע אפשרות זו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גם לכתוב, גם להקליט וגם לצייר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מרואיין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(שלב ראשון בתכנון)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(הכנת השאלות לראיון)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(שלב הראיון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(תיעוד התשובות)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את מי לראיין וקבעו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או כתבו חמש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שאלו, הקשיבו ושאלו שאלת המשך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רשמו מילים חשובות או ציירו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מקרה לחשיבה - דניאל וסבתא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מתחילה במילת שאלה ומאפשרת תשובה מורחבת ולא רק כן/לא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אומרים תודה למרואיין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אפשריות: סיפור, מספר, סופר, סיפר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תלמיד אחד מראיין ותלמיד שני משחק את המרואיין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שאלה פתוחה מול שאלה סגורה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לתלמידים שמתקשים לצייר במקום לכתוב את תשובות הראיון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– שורשים ומקום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לומדים איך לערוך ראיון עם אדם מבוגר שחשוב לנו, כדי לשמוע סיפורים וזיכרונות מהעבר.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מראיין  ·  מרואיין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שאלה פתוחה?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שאלה עם תשובת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שאלה שאפשר לענות עליה בהרחבה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שאלה קשה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שאלות צריך לבחור או לכתוב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לרשום מילים חשובות או לצייר במקום לכתוב הכל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חייבים להקליט את הראיון ואי אפשר לכתוב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אדם ששואל שאלות בראיון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אדם שעונה על השאלות בראיון נקרא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שלב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לבחור את מי לראיין ולקבוע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שלב הראיון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לבחור או לכתוב חמש שאלות פתוחות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שלב ראשון בתכנון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להקשיב ולשאול שאלת המשך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תיעוד התשובות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לרשום מילים חשובות או לצייר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הכנת השאלות לראיון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או כתבו חמש שאלות פתוחות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שאלו, הקשיבו ושאלו שאלת המשך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רשמו מילים חשובות או ציירו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את מי לראיין וקבעו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מקרה לחשיבה - דניאל וסבתא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שאלה פתוחה אחת שהייתם שואלים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אומרים בסוף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הראיון שלי – שורשים ומקום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