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ערכת הראיון שלי – שורשים ומקום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תכנון הראיון ואת תפקידי המראיין והמרואיין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הבחנה בין שאלה פתוחה לשאלה סגורה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הקשבה, שאלת המשך והבעת תודה בסיום 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שאלה שאפשר לענות עליה בהרחבה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אדם מבוגר שחשוב לי, מורה, חבר או דמות 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שואלים שאלת המשך אחת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הדף מציע אפשרות זו במפורש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אפשר גם לכתוב, גם להקליט וגם לצייר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תפקיד שאלת ההמשך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אפשר למצוא פתרונות כמו שיחת וידאו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מראיין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מרואיין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שלב לפעולה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(שלב ראשון בתכנון)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(הכנת השאלות לראיון)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(שלב הראיון עצמו)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(תיעוד התשובות)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(סיום הראיון)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בחרו את מי לראיין וקבעו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בחרו או כתבו חמש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שאלו, הקשיבו ושאלו שאלת המשך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רשמו מילים חשובות או ציירו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הודו והכינו כרטיס תודה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מקרה לחשיבה - דניאל וסבתא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אפשר להתקשר לסבתא בשיחת וידאו ולראיין אותה כך, בלי להיפגש פנים מול פנים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לראיין אדם מבוגר אחר שקרוב אליו, כמו סבא, שכן או מורה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השאלה מתחילה במילת שאלה ומאפשרת תשובה מורחבת ולא רק כן/לא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אומרים תודה למרואיין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דוגמאות אפשריות: סיפור, מספר, סופר, סיפר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בזוגות: תלמיד אחד מראיין ותלמיד שני משחק את המרואיין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שאלה פתוחה מול שאלה סגורה לפני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לאפשר לתלמידים שמתקשים לצייר במקום לכתוב את תשובות הראיון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ערכת הראיון שלי – שורשים ומקום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איך לראיין אדם מבוגר. שואלים שאלות, מקשיבים, ורושמים מה שומעים.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מראיין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ששואל את השאלות בראיון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מרואיין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שעונה על השאלות בראיון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שאלה פתוחה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שאפשר לענות עליה בהרחבה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שאלה סגורה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שהתשובה עליה היא כן או לא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שאלת המשך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נוספת שעוזרת להעמיק בתשובה ששמענו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הקשבה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לשים לב טוב למה שהמרואיין אומר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זיכרון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שאדם זוכר מהעבר שלו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 תודה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פתק קטן שמודים בו למרואיין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שאלה מאפשרת תשובה ארוכה?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שאלה עם תשובת כן או 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שאלה שאפשר לענות עליה בהרחבה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שאלה קשה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שאלה בלי תשובה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יכול להיות המרואיין?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סבא או 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אדם מבוגר שחשוב לי, מורה, חבר או דמות 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אדם שגר רחוק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לבחור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שאלות מכינים?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אחרי תשובה מעניינת?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עוברים מיד לשאלה הבאה בלי להקשיב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שואלים שאלת המשך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מפסיקים את הראיון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כותבים משהו אחר לגמרי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לרשום מילים חשובות או לצייר במקום לכתוב הכל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חייבים להקליט את הראיון ואי אפשר לכתוב אותו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שאלת המשך נשאלת כדי להעמיק בתשובה ששמענו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האדם שרוצים לראיין גר רחוק, אי אפשר לראיין אותו בשום דרך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אדם ששואל שאלות בראיון נקרא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אדם שעונה על השאלות בראיון נקרא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שאלה שאפשר לענות עליה בהרחבה נקראת שאלה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בסוף הראיון מכינים כרטיס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מילה מהמשפחה של ס-פ-ר היא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שלב לפעולה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לבחור את מי לראיין ולקבוע 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הכנת השאלות לראיון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לבחור או לכתוב חמש שאלות פתוחות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סיום הראיון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להקשיב ולשאול שאלת המשך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תיעוד התשובות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לרשום מילים חשובות או לצייר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שלב ראשון בתכנון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להכין כרטיס תודה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שלב הראיון עצמו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בחרו או כתבו חמש שאלות פתוחות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בחרו את מי לראיין וקבעו זמן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הודו והכינו כרטיס תודה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שאלו, הקשיבו ושאלו שאלת המשך אחת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רשמו מילים חשובות או ציירו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מקרה לחשיבה - דניאל וסבתא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רעיון יכול להיות לאחות של דניאל כדי לעזור לו לראיין את סבתא שגרה רחוק?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עוד דניאל יכול לעשות כדי להשתתף במשימה אם הוא לא יצליח לדבר עם סבתא?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שאלה פתוחה אחת שהייתם שואלים בראיון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אומרים בסוף ראיון?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מהמשפחה של ס-פ-ר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ערכת הראיון שלי – שורשים ומקום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