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– שורשים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תכנון הראיון ואת תפקידי המראיין והמרואיין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הקשבה, שאלת המשך והבעת תודה בסיום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שאלה שאפשר לענות עליה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אדם מבוגר שחשוב לי, מורה, חבר או דמות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שואלים שאלת המשך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מציע אפשרות זו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גם לכתוב, גם להקליט וגם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שאלת ההמשך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למצוא פתרונות כמו שיחת וידאו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 ראשון בתכנון)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(הכנת השאלות לראיון)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(שלב הראיון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(תיעוד התשובות)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(סיום הראיון)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את מי לראיין וקבעו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או כתבו חמש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שאלו, הקשיבו ושאלו שאלת המשך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מילים חשובות או 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הודו והכינו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מקרה לחשיבה - דניאל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להתקשר לסבתא בשיחת וידאו ולראיין אותה כך, בלי להיפגש פנים מול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לראיין אדם מבוגר אחר שקרוב אליו, כמו סבא, שכן או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מתחילה במילת שאלה ומאפשרת תשובה מורחבת ולא רק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תודה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סיפור, מספר, סופר, סיפר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מראיין ותלמיד שני משחק את 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שמתקשים לצייר במקום לכתוב את תשובות הראיון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– שורשים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איך לערוך ראיון עם אדם מבוגר שחשוב לנו, כדי לשמוע סיפורים וזיכרונות מהעבר.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עם תשובת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שאפשר לענות עליה בהרחבה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קשה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בלי תשובה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אפשר לראיין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מבוגר שחשוב לי, מורה, חבר או דמות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אדם שגר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לבחור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שאלות צריך לבחור או לכתוב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אחרי שמקבלים תשובה מעניינת?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עוברים מיד לשאלה הבאה בלי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שואלים שאלת המשך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מפסיקים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משהו אחר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לרשום מילים חשובות או לצייר במקום לכתוב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להקליט את הראיון ואי אפשר לכתוב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נשאלת כדי להעמיק בתשובה ששמענו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האדם שרוצים לראיין גר רחוק, אי אפשר לראיין אותו בשום 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ששואל שאלות בראיון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שעונה על השאלות בראיון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שאפשר לענות עליה בהרחבה נקראת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הראיון מכינים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מהמשפחה של ס-פ-ר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לבחור את מי לראיין ולקבוע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הכנת השאלות לראיון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לבחור או לכתוב חמש שאלות פתוחות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שלב ראשון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להקשיב ולשאול שאלת 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תיעוד התשובות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לרשום מילים חשובות או לצייר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סיום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להכין כרטיס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שלב הראיון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מילים חשובות או ציירו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שאלו, הקשיבו ושאלו שאלת המשך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מי לראיין וקבעו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הודו והכינו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או כתבו חמש שאלות פתוחות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מקרה לחשיבה - דניאל וסבתא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רעיון יכול להיות לאחות של דניאל כדי לעזור לו לראיין את סבתא שגרה רחוק?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עוד דניאל יכול לעשות כדי להשתתף במשימה אם הוא לא יצליח לדבר עם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פתוחה אחת שהייתם שואלים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ס-פ-ר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– שורשים ומקום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